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8164"/>
      </w:tblGrid>
      <w:tr>
        <w:tc>
          <w:tcPr>
            <w:tcW w:type="dxa" w:w="2154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864000" cy="10650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 CO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650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4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600000" cy="87284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wushujia_attestati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8728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rPr>
          <w:rFonts w:ascii="Arial" w:hAnsi="Arial"/>
          <w:b/>
          <w:sz w:val="34"/>
        </w:rPr>
        <w:t>ATTESTATION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DE PARTICIPATION AU COURS DE</w:t>
      </w:r>
    </w:p>
    <w:p>
      <w:pPr>
        <w:spacing w:after="160"/>
        <w:jc w:val="center"/>
      </w:pPr>
      <w:r>
        <w:rPr>
          <w:rFonts w:ascii="Arial" w:hAnsi="Arial"/>
          <w:color w:val="D5002B"/>
          <w:sz w:val="26"/>
        </w:rPr>
        <w:t>KUNG FU  /  SANDA  /  TAIJI QUAN  /  QI GONG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B8B8"/>
          <w:left w:val="single" w:sz="6" w:color="B8B8B8"/>
          <w:bottom w:val="single" w:sz="6" w:color="B8B8B8"/>
          <w:right w:val="single" w:sz="6" w:color="B8B8B8"/>
          <w:insideH w:val="single" w:sz="6" w:color="B8B8B8"/>
          <w:insideV w:val="single" w:sz="6" w:color="B8B8B8"/>
        </w:tblBorders>
      </w:tblPr>
      <w:tblGrid>
        <w:gridCol w:w="10318"/>
      </w:tblGrid>
      <w:tr>
        <w:trPr>
          <w:trHeight w:val="624" w:hRule="atLeast"/>
        </w:trPr>
        <w:tc>
          <w:tcPr>
            <w:tcW w:type="dxa" w:w="10319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NOM :  ................................................................................................................................................</w:t>
            </w:r>
          </w:p>
        </w:tc>
      </w:tr>
      <w:tr>
        <w:trPr>
          <w:trHeight w:val="624" w:hRule="atLeast"/>
        </w:trPr>
        <w:tc>
          <w:tcPr>
            <w:tcW w:type="dxa" w:w="10319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PRÉNOM :  .........................................................................................................................................</w:t>
            </w:r>
          </w:p>
        </w:tc>
      </w:tr>
      <w:tr>
        <w:trPr>
          <w:trHeight w:val="1134" w:hRule="atLeast"/>
        </w:trPr>
        <w:tc>
          <w:tcPr>
            <w:tcW w:type="dxa" w:w="10319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ADRESSE :  .......................................................................................................................................</w:t>
              <w:br/>
              <w:t xml:space="preserve">                 .......................................................................................................................................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D5002B"/>
          <w:sz w:val="22"/>
        </w:rPr>
        <w:t>ASSISTE AU COURS DE *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59"/>
        <w:gridCol w:w="5159"/>
      </w:tblGrid>
      <w:tr>
        <w:tc>
          <w:tcPr>
            <w:tcW w:type="dxa" w:w="10319"/>
            <w:gridSpan w:val="2"/>
            <w:shd w:fill="DDE6FA"/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D5002B"/>
                <w:sz w:val="17"/>
              </w:rPr>
              <w:t>KUNG FU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Mercredi 18h-19H20 (Mains nues)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Vendredi 19h-20H30 (Mains nues)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Vendredi 20h30-21H45 (Armes)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  <w:tr>
        <w:tc>
          <w:tcPr>
            <w:tcW w:type="dxa" w:w="10318"/>
            <w:gridSpan w:val="2"/>
            <w:shd w:fill="DDE6FA"/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D5002B"/>
                <w:sz w:val="17"/>
              </w:rPr>
              <w:t>SANDA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Lundi 20h-21H45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  <w:tr>
        <w:tc>
          <w:tcPr>
            <w:tcW w:type="dxa" w:w="10318"/>
            <w:gridSpan w:val="2"/>
            <w:shd w:fill="DDE6FA"/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D5002B"/>
                <w:sz w:val="17"/>
              </w:rPr>
              <w:t>TAIJI QUAN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Mercredi 19h20-21H00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  <w:tr>
        <w:tc>
          <w:tcPr>
            <w:tcW w:type="dxa" w:w="10318"/>
            <w:gridSpan w:val="2"/>
            <w:shd w:fill="DDE6FA"/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D5002B"/>
                <w:sz w:val="17"/>
              </w:rPr>
              <w:t>QI GONG</w:t>
            </w:r>
          </w:p>
        </w:tc>
      </w:tr>
      <w:tr>
        <w:tc>
          <w:tcPr>
            <w:tcW w:type="dxa" w:w="9412"/>
            <w:tcMar>
              <w:top w:w="55" w:type="dxa"/>
              <w:start w:w="150" w:type="dxa"/>
              <w:bottom w:w="55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Lundi 19h - 20h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22"/>
              </w:rPr>
              <w:t>☐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sz w:val="15"/>
        </w:rPr>
        <w:t>(* cochez la ou les cases correspondantes)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B8B8"/>
          <w:left w:val="single" w:sz="6" w:color="B8B8B8"/>
          <w:bottom w:val="single" w:sz="6" w:color="B8B8B8"/>
          <w:right w:val="single" w:sz="6" w:color="B8B8B8"/>
          <w:insideH w:val="single" w:sz="6" w:color="B8B8B8"/>
          <w:insideV w:val="single" w:sz="6" w:color="B8B8B8"/>
        </w:tblBorders>
      </w:tblPr>
      <w:tblGrid>
        <w:gridCol w:w="10318"/>
      </w:tblGrid>
      <w:tr>
        <w:tc>
          <w:tcPr>
            <w:tcW w:type="dxa" w:w="10319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MONTANT TOTAL DE L’INSCRIPTION :  ........................................ €</w:t>
            </w:r>
          </w:p>
        </w:tc>
      </w:tr>
      <w:tr>
        <w:tc>
          <w:tcPr>
            <w:tcW w:type="dxa" w:w="10319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FAIT LE :  .......... / .......... / ................</w:t>
            </w:r>
          </w:p>
        </w:tc>
      </w:tr>
    </w:tbl>
    <w:p>
      <w:pPr>
        <w:spacing w:before="140" w:after="40"/>
        <w:jc w:val="center"/>
      </w:pPr>
      <w:r>
        <w:rPr>
          <w:rFonts w:ascii="Arial" w:hAnsi="Arial"/>
          <w:b/>
          <w:color w:val="D5002B"/>
          <w:sz w:val="22"/>
        </w:rPr>
        <w:t>SIGNATURES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5159"/>
        <w:gridCol w:w="5159"/>
      </w:tblGrid>
      <w:tr>
        <w:trPr>
          <w:trHeight w:val="1757" w:hRule="atLeast"/>
        </w:trPr>
        <w:tc>
          <w:tcPr>
            <w:tcW w:type="dxa" w:w="5159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SIGNATURE DE L’ÉLÈVE</w:t>
              <w:br/>
              <w:t>ou de ses parents</w:t>
            </w:r>
          </w:p>
        </w:tc>
        <w:tc>
          <w:tcPr>
            <w:tcW w:type="dxa" w:w="5159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SIGNATURE DU REPRÉSENTANT</w:t>
              <w:br/>
              <w:t>de l’école</w:t>
            </w:r>
          </w:p>
        </w:tc>
      </w:tr>
    </w:tbl>
    <w:sectPr w:rsidR="00FC693F" w:rsidRPr="0006063C" w:rsidSect="00034616">
      <w:footerReference w:type="default" r:id="rId11"/>
      <w:pgSz w:w="11906" w:h="16838"/>
      <w:pgMar w:top="567" w:right="794" w:bottom="850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3EAF"/>
        <w:sz w:val="15"/>
      </w:rPr>
      <w:t>L’école Wushujia est une section du C.O.M.Argenteuil (Club Olympique Multisports</w:t>
      <w:br/>
      <w:t>d’Argenteuil) et fait partie de l’A.D.A.C. (Association pour le Développement des Arts Chinois).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